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A82" w:rsidRPr="003C0CA5" w:rsidRDefault="001A4564" w:rsidP="003C0CA5">
      <w:pPr>
        <w:pStyle w:val="GvdeMetni"/>
        <w:jc w:val="center"/>
        <w:rPr>
          <w:b/>
        </w:rPr>
      </w:pPr>
      <w:r w:rsidRPr="003C0CA5">
        <w:rPr>
          <w:b/>
        </w:rPr>
        <w:t>T.C.</w:t>
      </w:r>
      <w:r w:rsidRPr="003C0CA5">
        <w:rPr>
          <w:b/>
        </w:rPr>
        <w:br/>
        <w:t>FIRAT ÜNİVERSİTESİ</w:t>
      </w:r>
      <w:r w:rsidRPr="003C0CA5">
        <w:rPr>
          <w:b/>
        </w:rPr>
        <w:br/>
        <w:t>Eğitim Bilimleri Enstitüsü Müdürlüğüne</w:t>
      </w:r>
    </w:p>
    <w:p w:rsidR="00A01A82" w:rsidRDefault="00A01A82" w:rsidP="003C0CA5">
      <w:pPr>
        <w:jc w:val="both"/>
      </w:pPr>
    </w:p>
    <w:p w:rsidR="00A01A82" w:rsidRPr="003C0CA5" w:rsidRDefault="001A4564" w:rsidP="003C0CA5">
      <w:pPr>
        <w:pStyle w:val="GvdeMetnilkGirintisi"/>
        <w:jc w:val="both"/>
      </w:pPr>
      <w:r w:rsidRPr="003C0CA5">
        <w:t xml:space="preserve">2026-2027 Eğitim-Öğretim Yılı Güz </w:t>
      </w:r>
      <w:proofErr w:type="spellStart"/>
      <w:r w:rsidRPr="003C0CA5">
        <w:t>Yarıyılında</w:t>
      </w:r>
      <w:proofErr w:type="spellEnd"/>
      <w:r w:rsidRPr="003C0CA5">
        <w:t xml:space="preserve"> </w:t>
      </w:r>
      <w:proofErr w:type="spellStart"/>
      <w:r w:rsidRPr="003C0CA5">
        <w:t>ilan</w:t>
      </w:r>
      <w:proofErr w:type="spellEnd"/>
      <w:r w:rsidRPr="003C0CA5">
        <w:t xml:space="preserve"> </w:t>
      </w:r>
      <w:proofErr w:type="spellStart"/>
      <w:r w:rsidRPr="003C0CA5">
        <w:t>edilen</w:t>
      </w:r>
      <w:proofErr w:type="spellEnd"/>
      <w:r w:rsidRPr="003C0CA5">
        <w:t xml:space="preserve"> </w:t>
      </w:r>
      <w:proofErr w:type="spellStart"/>
      <w:r w:rsidR="003C0CA5" w:rsidRPr="003C0CA5">
        <w:t>Şehit</w:t>
      </w:r>
      <w:proofErr w:type="spellEnd"/>
      <w:r w:rsidR="003C0CA5" w:rsidRPr="003C0CA5">
        <w:t>/</w:t>
      </w:r>
      <w:proofErr w:type="spellStart"/>
      <w:r w:rsidR="003C0CA5" w:rsidRPr="003C0CA5">
        <w:t>Gazi</w:t>
      </w:r>
      <w:proofErr w:type="spellEnd"/>
      <w:r w:rsidR="003C0CA5" w:rsidRPr="003C0CA5">
        <w:t xml:space="preserve"> </w:t>
      </w:r>
      <w:proofErr w:type="spellStart"/>
      <w:r w:rsidRPr="003C0CA5">
        <w:t>yakını</w:t>
      </w:r>
      <w:proofErr w:type="spellEnd"/>
      <w:r w:rsidRPr="003C0CA5">
        <w:t xml:space="preserve"> </w:t>
      </w:r>
      <w:proofErr w:type="spellStart"/>
      <w:r w:rsidRPr="003C0CA5">
        <w:t>kontenjanı</w:t>
      </w:r>
      <w:proofErr w:type="spellEnd"/>
      <w:r w:rsidRPr="003C0CA5">
        <w:t xml:space="preserve"> </w:t>
      </w:r>
      <w:proofErr w:type="spellStart"/>
      <w:r w:rsidRPr="003C0CA5">
        <w:t>kapsamında</w:t>
      </w:r>
      <w:proofErr w:type="spellEnd"/>
      <w:r w:rsidRPr="003C0CA5">
        <w:t xml:space="preserve">, </w:t>
      </w:r>
      <w:r w:rsidRPr="003C0CA5">
        <w:t xml:space="preserve">……………… Ana Bilim Dalı …………………… Programı …………………… </w:t>
      </w:r>
      <w:proofErr w:type="spellStart"/>
      <w:r w:rsidR="003C0CA5" w:rsidRPr="003C0CA5">
        <w:t>Tezli</w:t>
      </w:r>
      <w:proofErr w:type="spellEnd"/>
      <w:r w:rsidR="003C0CA5" w:rsidRPr="003C0CA5">
        <w:t xml:space="preserve"> Yüksek </w:t>
      </w:r>
      <w:proofErr w:type="spellStart"/>
      <w:r w:rsidR="003C0CA5" w:rsidRPr="003C0CA5">
        <w:t>Lisans</w:t>
      </w:r>
      <w:proofErr w:type="spellEnd"/>
      <w:r w:rsidR="003C0CA5" w:rsidRPr="003C0CA5">
        <w:t>/</w:t>
      </w:r>
      <w:proofErr w:type="spellStart"/>
      <w:r w:rsidR="003C0CA5" w:rsidRPr="003C0CA5">
        <w:t>Doktora</w:t>
      </w:r>
      <w:proofErr w:type="spellEnd"/>
      <w:r w:rsidRPr="003C0CA5">
        <w:t xml:space="preserve"> </w:t>
      </w:r>
      <w:proofErr w:type="spellStart"/>
      <w:r w:rsidRPr="003C0CA5">
        <w:t>Programına</w:t>
      </w:r>
      <w:proofErr w:type="spellEnd"/>
      <w:r w:rsidRPr="003C0CA5">
        <w:t xml:space="preserve"> </w:t>
      </w:r>
      <w:proofErr w:type="spellStart"/>
      <w:r w:rsidRPr="003C0CA5">
        <w:t>başvuruda</w:t>
      </w:r>
      <w:proofErr w:type="spellEnd"/>
      <w:r w:rsidRPr="003C0CA5">
        <w:t xml:space="preserve"> </w:t>
      </w:r>
      <w:proofErr w:type="spellStart"/>
      <w:r w:rsidRPr="003C0CA5">
        <w:t>bulunmak</w:t>
      </w:r>
      <w:proofErr w:type="spellEnd"/>
      <w:r w:rsidRPr="003C0CA5">
        <w:t xml:space="preserve"> </w:t>
      </w:r>
      <w:proofErr w:type="spellStart"/>
      <w:r w:rsidRPr="003C0CA5">
        <w:t>istiyorum</w:t>
      </w:r>
      <w:proofErr w:type="spellEnd"/>
      <w:r w:rsidRPr="003C0CA5">
        <w:t>.</w:t>
      </w:r>
      <w:r w:rsidR="003C0CA5" w:rsidRPr="003C0CA5">
        <w:t xml:space="preserve"> </w:t>
      </w:r>
      <w:proofErr w:type="spellStart"/>
      <w:r w:rsidRPr="003C0CA5">
        <w:t>Başvuru</w:t>
      </w:r>
      <w:proofErr w:type="spellEnd"/>
      <w:r w:rsidRPr="003C0CA5">
        <w:t xml:space="preserve"> kapsamında istenen </w:t>
      </w:r>
      <w:proofErr w:type="spellStart"/>
      <w:r w:rsidRPr="003C0CA5">
        <w:t>belgeler</w:t>
      </w:r>
      <w:proofErr w:type="spellEnd"/>
      <w:r w:rsidRPr="003C0CA5">
        <w:t xml:space="preserve"> </w:t>
      </w:r>
      <w:proofErr w:type="spellStart"/>
      <w:r w:rsidRPr="003C0CA5">
        <w:t>dilekçe</w:t>
      </w:r>
      <w:proofErr w:type="spellEnd"/>
      <w:r w:rsidRPr="003C0CA5">
        <w:t xml:space="preserve"> </w:t>
      </w:r>
      <w:proofErr w:type="spellStart"/>
      <w:r w:rsidRPr="003C0CA5">
        <w:t>ekinde</w:t>
      </w:r>
      <w:proofErr w:type="spellEnd"/>
      <w:r w:rsidRPr="003C0CA5">
        <w:t xml:space="preserve"> </w:t>
      </w:r>
      <w:proofErr w:type="spellStart"/>
      <w:r w:rsidRPr="003C0CA5">
        <w:t>sunulmuştur</w:t>
      </w:r>
      <w:proofErr w:type="spellEnd"/>
      <w:r w:rsidRPr="003C0CA5">
        <w:t>.</w:t>
      </w:r>
      <w:r w:rsidR="003C0CA5">
        <w:t xml:space="preserve"> </w:t>
      </w:r>
      <w:proofErr w:type="spellStart"/>
      <w:r w:rsidRPr="003C0CA5">
        <w:t>Gereğini</w:t>
      </w:r>
      <w:proofErr w:type="spellEnd"/>
      <w:r w:rsidRPr="003C0CA5">
        <w:t xml:space="preserve"> </w:t>
      </w:r>
      <w:proofErr w:type="spellStart"/>
      <w:r w:rsidRPr="003C0CA5">
        <w:t>bilgilerinize</w:t>
      </w:r>
      <w:proofErr w:type="spellEnd"/>
      <w:r w:rsidRPr="003C0CA5">
        <w:t xml:space="preserve"> </w:t>
      </w:r>
      <w:proofErr w:type="spellStart"/>
      <w:r w:rsidRPr="003C0CA5">
        <w:t>arz</w:t>
      </w:r>
      <w:proofErr w:type="spellEnd"/>
      <w:r w:rsidRPr="003C0CA5">
        <w:t xml:space="preserve"> </w:t>
      </w:r>
      <w:proofErr w:type="spellStart"/>
      <w:r w:rsidRPr="003C0CA5">
        <w:t>ederim</w:t>
      </w:r>
      <w:proofErr w:type="spellEnd"/>
      <w:r w:rsidRPr="003C0CA5">
        <w:t>.</w:t>
      </w:r>
    </w:p>
    <w:p w:rsidR="003C0CA5" w:rsidRDefault="003C0CA5" w:rsidP="003C0CA5">
      <w:pPr>
        <w:pStyle w:val="GvdeMetni"/>
        <w:jc w:val="both"/>
        <w:rPr>
          <w:b/>
        </w:rPr>
      </w:pPr>
    </w:p>
    <w:p w:rsidR="003C0CA5" w:rsidRDefault="003C0CA5" w:rsidP="003C0CA5">
      <w:pPr>
        <w:pStyle w:val="GvdeMetni"/>
        <w:jc w:val="both"/>
        <w:rPr>
          <w:b/>
        </w:rPr>
      </w:pPr>
    </w:p>
    <w:p w:rsidR="00A01A82" w:rsidRPr="003C0CA5" w:rsidRDefault="001A4564" w:rsidP="003C0CA5">
      <w:pPr>
        <w:pStyle w:val="GvdeMetni"/>
        <w:jc w:val="both"/>
        <w:rPr>
          <w:b/>
        </w:rPr>
      </w:pPr>
      <w:proofErr w:type="spellStart"/>
      <w:r w:rsidRPr="003C0CA5">
        <w:rPr>
          <w:b/>
        </w:rPr>
        <w:t>Ekler</w:t>
      </w:r>
      <w:proofErr w:type="spellEnd"/>
      <w:r w:rsidRPr="003C0CA5">
        <w:rPr>
          <w:b/>
        </w:rPr>
        <w:t>:</w:t>
      </w:r>
      <w:r w:rsidR="003C0CA5" w:rsidRPr="003C0CA5">
        <w:rPr>
          <w:b/>
        </w:rPr>
        <w:tab/>
      </w:r>
      <w:r w:rsidR="003C0CA5" w:rsidRPr="003C0CA5">
        <w:rPr>
          <w:b/>
        </w:rPr>
        <w:tab/>
      </w:r>
      <w:r w:rsidR="003C0CA5" w:rsidRPr="003C0CA5">
        <w:rPr>
          <w:b/>
        </w:rPr>
        <w:tab/>
      </w:r>
      <w:r w:rsidR="003C0CA5" w:rsidRPr="003C0CA5">
        <w:rPr>
          <w:b/>
        </w:rPr>
        <w:tab/>
      </w:r>
      <w:r w:rsidR="003C0CA5" w:rsidRPr="003C0CA5">
        <w:rPr>
          <w:b/>
        </w:rPr>
        <w:tab/>
      </w:r>
      <w:r w:rsidR="003C0CA5" w:rsidRPr="003C0CA5">
        <w:rPr>
          <w:b/>
        </w:rPr>
        <w:tab/>
      </w:r>
      <w:r w:rsidR="003C0CA5" w:rsidRPr="003C0CA5">
        <w:rPr>
          <w:b/>
        </w:rPr>
        <w:tab/>
        <w:t xml:space="preserve">         </w:t>
      </w:r>
      <w:proofErr w:type="spellStart"/>
      <w:r w:rsidR="003C0CA5" w:rsidRPr="003C0CA5">
        <w:rPr>
          <w:b/>
        </w:rPr>
        <w:t>Adı-Soyadı</w:t>
      </w:r>
      <w:proofErr w:type="spellEnd"/>
      <w:r w:rsidR="003C0CA5" w:rsidRPr="003C0CA5">
        <w:rPr>
          <w:b/>
        </w:rPr>
        <w:t>/</w:t>
      </w:r>
      <w:proofErr w:type="spellStart"/>
      <w:r w:rsidR="003C0CA5" w:rsidRPr="003C0CA5">
        <w:rPr>
          <w:b/>
        </w:rPr>
        <w:t>Tarih</w:t>
      </w:r>
      <w:proofErr w:type="spellEnd"/>
      <w:r w:rsidR="003C0CA5" w:rsidRPr="003C0CA5">
        <w:rPr>
          <w:b/>
        </w:rPr>
        <w:t>/</w:t>
      </w:r>
      <w:proofErr w:type="spellStart"/>
      <w:r w:rsidR="003C0CA5" w:rsidRPr="003C0CA5">
        <w:rPr>
          <w:b/>
        </w:rPr>
        <w:t>İmza</w:t>
      </w:r>
      <w:proofErr w:type="spellEnd"/>
    </w:p>
    <w:p w:rsidR="00A01A82" w:rsidRDefault="001A4564" w:rsidP="003C0CA5">
      <w:pPr>
        <w:pStyle w:val="ListeMaddemi"/>
        <w:jc w:val="both"/>
      </w:pPr>
      <w:r>
        <w:t>A</w:t>
      </w:r>
      <w:r>
        <w:t>LES Sonuç Belgesi Fotokopisi</w:t>
      </w:r>
    </w:p>
    <w:p w:rsidR="00A01A82" w:rsidRDefault="001A4564" w:rsidP="003C0CA5">
      <w:pPr>
        <w:pStyle w:val="ListeMaddemi"/>
        <w:jc w:val="both"/>
      </w:pPr>
      <w:r>
        <w:t>Diploma Fotokopisi</w:t>
      </w:r>
    </w:p>
    <w:p w:rsidR="00A01A82" w:rsidRDefault="001A4564" w:rsidP="003C0CA5">
      <w:pPr>
        <w:pStyle w:val="ListeMaddemi"/>
        <w:jc w:val="both"/>
      </w:pPr>
      <w:r>
        <w:t>Transkript Fotokopisi</w:t>
      </w:r>
    </w:p>
    <w:p w:rsidR="00A01A82" w:rsidRDefault="001A4564" w:rsidP="003C0CA5">
      <w:pPr>
        <w:pStyle w:val="ListeMaddemi"/>
        <w:jc w:val="both"/>
      </w:pPr>
      <w:r>
        <w:t>Şeh</w:t>
      </w:r>
      <w:bookmarkStart w:id="0" w:name="_GoBack"/>
      <w:bookmarkEnd w:id="0"/>
      <w:r>
        <w:t>it/Gazi Yakı</w:t>
      </w:r>
      <w:r w:rsidR="003C0CA5">
        <w:t xml:space="preserve">nlığına İlişkin Belge </w:t>
      </w:r>
    </w:p>
    <w:p w:rsidR="003C0CA5" w:rsidRPr="001A4564" w:rsidRDefault="003C0CA5" w:rsidP="003C0CA5">
      <w:pPr>
        <w:pStyle w:val="ListeMaddemi"/>
        <w:jc w:val="both"/>
        <w:rPr>
          <w:i/>
        </w:rPr>
      </w:pPr>
      <w:proofErr w:type="spellStart"/>
      <w:r>
        <w:t>Yabancı</w:t>
      </w:r>
      <w:proofErr w:type="spellEnd"/>
      <w:r>
        <w:t xml:space="preserve"> </w:t>
      </w:r>
      <w:proofErr w:type="spellStart"/>
      <w:r>
        <w:t>Dil</w:t>
      </w:r>
      <w:proofErr w:type="spellEnd"/>
      <w:r>
        <w:t xml:space="preserve"> </w:t>
      </w:r>
      <w:proofErr w:type="spellStart"/>
      <w:r>
        <w:t>Belgesi</w:t>
      </w:r>
      <w:proofErr w:type="spellEnd"/>
      <w:r>
        <w:t xml:space="preserve"> (</w:t>
      </w:r>
      <w:proofErr w:type="spellStart"/>
      <w:r w:rsidRPr="001A4564">
        <w:rPr>
          <w:i/>
        </w:rPr>
        <w:t>yüksek</w:t>
      </w:r>
      <w:proofErr w:type="spellEnd"/>
      <w:r w:rsidRPr="001A4564">
        <w:rPr>
          <w:i/>
        </w:rPr>
        <w:t xml:space="preserve"> </w:t>
      </w:r>
      <w:proofErr w:type="spellStart"/>
      <w:r w:rsidRPr="001A4564">
        <w:rPr>
          <w:i/>
        </w:rPr>
        <w:t>lisans</w:t>
      </w:r>
      <w:proofErr w:type="spellEnd"/>
      <w:r w:rsidRPr="001A4564">
        <w:rPr>
          <w:i/>
        </w:rPr>
        <w:t xml:space="preserve"> </w:t>
      </w:r>
      <w:proofErr w:type="spellStart"/>
      <w:r w:rsidRPr="001A4564">
        <w:rPr>
          <w:i/>
        </w:rPr>
        <w:t>başvurularında</w:t>
      </w:r>
      <w:proofErr w:type="spellEnd"/>
      <w:r w:rsidRPr="001A4564">
        <w:rPr>
          <w:i/>
        </w:rPr>
        <w:t xml:space="preserve"> </w:t>
      </w:r>
    </w:p>
    <w:p w:rsidR="003C0CA5" w:rsidRPr="001A4564" w:rsidRDefault="003C0CA5" w:rsidP="003C0CA5">
      <w:pPr>
        <w:pStyle w:val="ListeMaddemi"/>
        <w:jc w:val="both"/>
        <w:rPr>
          <w:i/>
        </w:rPr>
      </w:pPr>
      <w:proofErr w:type="spellStart"/>
      <w:r w:rsidRPr="001A4564">
        <w:rPr>
          <w:i/>
        </w:rPr>
        <w:t>yabancı</w:t>
      </w:r>
      <w:proofErr w:type="spellEnd"/>
      <w:r w:rsidRPr="001A4564">
        <w:rPr>
          <w:i/>
        </w:rPr>
        <w:t xml:space="preserve"> </w:t>
      </w:r>
      <w:proofErr w:type="spellStart"/>
      <w:r w:rsidRPr="001A4564">
        <w:rPr>
          <w:i/>
        </w:rPr>
        <w:t>dil</w:t>
      </w:r>
      <w:proofErr w:type="spellEnd"/>
      <w:r w:rsidRPr="001A4564">
        <w:rPr>
          <w:i/>
        </w:rPr>
        <w:t xml:space="preserve"> </w:t>
      </w:r>
      <w:proofErr w:type="spellStart"/>
      <w:r w:rsidRPr="001A4564">
        <w:rPr>
          <w:i/>
        </w:rPr>
        <w:t>puanının</w:t>
      </w:r>
      <w:proofErr w:type="spellEnd"/>
      <w:r w:rsidRPr="001A4564">
        <w:rPr>
          <w:i/>
        </w:rPr>
        <w:t xml:space="preserve"> </w:t>
      </w:r>
      <w:proofErr w:type="spellStart"/>
      <w:r w:rsidRPr="001A4564">
        <w:rPr>
          <w:i/>
        </w:rPr>
        <w:t>en</w:t>
      </w:r>
      <w:proofErr w:type="spellEnd"/>
      <w:r w:rsidRPr="001A4564">
        <w:rPr>
          <w:i/>
        </w:rPr>
        <w:t xml:space="preserve"> </w:t>
      </w:r>
      <w:proofErr w:type="spellStart"/>
      <w:r w:rsidRPr="001A4564">
        <w:rPr>
          <w:i/>
        </w:rPr>
        <w:t>az</w:t>
      </w:r>
      <w:proofErr w:type="spellEnd"/>
      <w:r w:rsidRPr="001A4564">
        <w:rPr>
          <w:i/>
        </w:rPr>
        <w:t xml:space="preserve"> 40 </w:t>
      </w:r>
      <w:proofErr w:type="spellStart"/>
      <w:r w:rsidRPr="001A4564">
        <w:rPr>
          <w:i/>
        </w:rPr>
        <w:t>olması</w:t>
      </w:r>
      <w:proofErr w:type="spellEnd"/>
      <w:r w:rsidRPr="001A4564">
        <w:rPr>
          <w:i/>
        </w:rPr>
        <w:t xml:space="preserve">; </w:t>
      </w:r>
    </w:p>
    <w:p w:rsidR="003C0CA5" w:rsidRPr="001A4564" w:rsidRDefault="003C0CA5" w:rsidP="003C0CA5">
      <w:pPr>
        <w:pStyle w:val="ListeMaddemi"/>
        <w:jc w:val="both"/>
        <w:rPr>
          <w:i/>
        </w:rPr>
      </w:pPr>
      <w:proofErr w:type="spellStart"/>
      <w:r w:rsidRPr="001A4564">
        <w:rPr>
          <w:i/>
        </w:rPr>
        <w:t>doktora</w:t>
      </w:r>
      <w:proofErr w:type="spellEnd"/>
      <w:r w:rsidRPr="001A4564">
        <w:rPr>
          <w:i/>
        </w:rPr>
        <w:t xml:space="preserve"> </w:t>
      </w:r>
      <w:proofErr w:type="spellStart"/>
      <w:r w:rsidRPr="001A4564">
        <w:rPr>
          <w:i/>
        </w:rPr>
        <w:t>programlarına</w:t>
      </w:r>
      <w:proofErr w:type="spellEnd"/>
      <w:r w:rsidRPr="001A4564">
        <w:rPr>
          <w:i/>
        </w:rPr>
        <w:t xml:space="preserve"> </w:t>
      </w:r>
      <w:proofErr w:type="spellStart"/>
      <w:r w:rsidRPr="001A4564">
        <w:rPr>
          <w:i/>
        </w:rPr>
        <w:t>başvuru</w:t>
      </w:r>
      <w:proofErr w:type="spellEnd"/>
      <w:r w:rsidRPr="001A4564">
        <w:rPr>
          <w:i/>
        </w:rPr>
        <w:t xml:space="preserve"> </w:t>
      </w:r>
      <w:proofErr w:type="spellStart"/>
      <w:r w:rsidRPr="001A4564">
        <w:rPr>
          <w:i/>
        </w:rPr>
        <w:t>için</w:t>
      </w:r>
      <w:proofErr w:type="spellEnd"/>
      <w:r w:rsidRPr="001A4564">
        <w:rPr>
          <w:i/>
        </w:rPr>
        <w:t xml:space="preserve"> </w:t>
      </w:r>
    </w:p>
    <w:p w:rsidR="003C0CA5" w:rsidRDefault="003C0CA5" w:rsidP="003C0CA5">
      <w:pPr>
        <w:pStyle w:val="ListeMaddemi"/>
        <w:jc w:val="both"/>
      </w:pPr>
      <w:proofErr w:type="spellStart"/>
      <w:r w:rsidRPr="001A4564">
        <w:rPr>
          <w:i/>
        </w:rPr>
        <w:t>yabancı</w:t>
      </w:r>
      <w:proofErr w:type="spellEnd"/>
      <w:r w:rsidRPr="001A4564">
        <w:rPr>
          <w:i/>
        </w:rPr>
        <w:t xml:space="preserve"> </w:t>
      </w:r>
      <w:proofErr w:type="spellStart"/>
      <w:r w:rsidRPr="001A4564">
        <w:rPr>
          <w:i/>
        </w:rPr>
        <w:t>dil</w:t>
      </w:r>
      <w:proofErr w:type="spellEnd"/>
      <w:r w:rsidRPr="001A4564">
        <w:rPr>
          <w:i/>
        </w:rPr>
        <w:t xml:space="preserve"> </w:t>
      </w:r>
      <w:proofErr w:type="spellStart"/>
      <w:r w:rsidRPr="001A4564">
        <w:rPr>
          <w:i/>
        </w:rPr>
        <w:t>puanının</w:t>
      </w:r>
      <w:proofErr w:type="spellEnd"/>
      <w:r w:rsidRPr="001A4564">
        <w:rPr>
          <w:i/>
        </w:rPr>
        <w:t xml:space="preserve"> </w:t>
      </w:r>
      <w:proofErr w:type="spellStart"/>
      <w:r w:rsidRPr="001A4564">
        <w:rPr>
          <w:i/>
        </w:rPr>
        <w:t>en</w:t>
      </w:r>
      <w:proofErr w:type="spellEnd"/>
      <w:r w:rsidRPr="001A4564">
        <w:rPr>
          <w:i/>
        </w:rPr>
        <w:t xml:space="preserve"> </w:t>
      </w:r>
      <w:proofErr w:type="spellStart"/>
      <w:r w:rsidRPr="001A4564">
        <w:rPr>
          <w:i/>
        </w:rPr>
        <w:t>az</w:t>
      </w:r>
      <w:proofErr w:type="spellEnd"/>
      <w:r w:rsidRPr="001A4564">
        <w:rPr>
          <w:i/>
        </w:rPr>
        <w:t xml:space="preserve"> 55 </w:t>
      </w:r>
      <w:proofErr w:type="spellStart"/>
      <w:r w:rsidRPr="001A4564">
        <w:rPr>
          <w:i/>
        </w:rPr>
        <w:t>olması</w:t>
      </w:r>
      <w:proofErr w:type="spellEnd"/>
      <w:r w:rsidRPr="001A4564">
        <w:rPr>
          <w:i/>
        </w:rPr>
        <w:t xml:space="preserve"> </w:t>
      </w:r>
      <w:proofErr w:type="spellStart"/>
      <w:r w:rsidRPr="001A4564">
        <w:rPr>
          <w:i/>
        </w:rPr>
        <w:t>gerekmektedir</w:t>
      </w:r>
      <w:proofErr w:type="spellEnd"/>
      <w:r>
        <w:t>).</w:t>
      </w:r>
    </w:p>
    <w:p w:rsidR="00A01A82" w:rsidRDefault="00A01A82" w:rsidP="003C0CA5">
      <w:pPr>
        <w:jc w:val="both"/>
      </w:pPr>
    </w:p>
    <w:sectPr w:rsidR="00A01A8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1DE6526E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1A4564"/>
    <w:rsid w:val="0029639D"/>
    <w:rsid w:val="00326F90"/>
    <w:rsid w:val="003C0CA5"/>
    <w:rsid w:val="00A01A82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6007DE"/>
  <w14:defaultImageDpi w14:val="300"/>
  <w15:docId w15:val="{DCA5E68B-F260-4610-AAEF-3A197091C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GvdeMetnilkGirintisi">
    <w:name w:val="Body Text First Indent"/>
    <w:basedOn w:val="GvdeMetni"/>
    <w:link w:val="GvdeMetnilkGirintisiChar"/>
    <w:uiPriority w:val="99"/>
    <w:unhideWhenUsed/>
    <w:rsid w:val="003C0CA5"/>
    <w:pPr>
      <w:spacing w:after="200"/>
      <w:ind w:firstLine="360"/>
    </w:pPr>
  </w:style>
  <w:style w:type="character" w:customStyle="1" w:styleId="GvdeMetnilkGirintisiChar">
    <w:name w:val="Gövde Metni İlk Girintisi Char"/>
    <w:basedOn w:val="GvdeMetniChar"/>
    <w:link w:val="GvdeMetnilkGirintisi"/>
    <w:uiPriority w:val="99"/>
    <w:rsid w:val="003C0CA5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52D2586-2A3E-4461-8924-200AD9328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Eğitim Bilimleri</cp:lastModifiedBy>
  <cp:revision>3</cp:revision>
  <dcterms:created xsi:type="dcterms:W3CDTF">2026-08-04T12:55:00Z</dcterms:created>
  <dcterms:modified xsi:type="dcterms:W3CDTF">2026-08-04T12:55:00Z</dcterms:modified>
  <cp:category/>
</cp:coreProperties>
</file>